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4572" w:rsidRDefault="007834A1">
      <w:pPr>
        <w:pStyle w:val="Balk1"/>
      </w:pPr>
      <w:r>
        <w:t>Emir Can Kaya</w:t>
      </w:r>
    </w:p>
    <w:p w:rsidR="00034572" w:rsidRDefault="007834A1">
      <w:r>
        <w:t>Email: eckaya98@gmail.com, mail@emircankaya.com</w:t>
      </w:r>
    </w:p>
    <w:p w:rsidR="00034572" w:rsidRDefault="007834A1">
      <w:r>
        <w:t>Phone: +90 545 303 1464</w:t>
      </w:r>
    </w:p>
    <w:p w:rsidR="00034572" w:rsidRDefault="007834A1">
      <w:r>
        <w:t xml:space="preserve">LinkedIn: </w:t>
      </w:r>
      <w:hyperlink r:id="rId6" w:history="1">
        <w:r w:rsidR="00EA4417" w:rsidRPr="00F40968">
          <w:rPr>
            <w:rStyle w:val="Kpr"/>
          </w:rPr>
          <w:t>https://www.linkedin.com/in/eckaya33/</w:t>
        </w:r>
      </w:hyperlink>
      <w:r w:rsidR="00EA4417">
        <w:t xml:space="preserve"> </w:t>
      </w:r>
    </w:p>
    <w:p w:rsidR="00034572" w:rsidRDefault="007834A1">
      <w:r>
        <w:t>Address: Balıkesir/Bigadiç, Turkey</w:t>
      </w:r>
    </w:p>
    <w:p w:rsidR="00034572" w:rsidRDefault="007834A1">
      <w:pPr>
        <w:pStyle w:val="Balk2"/>
      </w:pPr>
      <w:r>
        <w:t>Career Objective</w:t>
      </w:r>
    </w:p>
    <w:p w:rsidR="00034572" w:rsidRDefault="007834A1">
      <w:r>
        <w:t>To contribute to significant projects in the field of biodiversity conservation and sustainability as a Biodiversity Specialist.</w:t>
      </w:r>
    </w:p>
    <w:p w:rsidR="00034572" w:rsidRDefault="007834A1">
      <w:pPr>
        <w:pStyle w:val="Balk2"/>
      </w:pPr>
      <w:r>
        <w:t>Education</w:t>
      </w:r>
    </w:p>
    <w:p w:rsidR="00034572" w:rsidRDefault="007834A1">
      <w:r>
        <w:t>Hacettepe University, Biology Department</w:t>
      </w:r>
    </w:p>
    <w:p w:rsidR="00034572" w:rsidRDefault="007834A1">
      <w:r>
        <w:t>Graduation Date: 2023</w:t>
      </w:r>
    </w:p>
    <w:p w:rsidR="00034572" w:rsidRDefault="007834A1">
      <w:r>
        <w:t>Achievements and Projects:</w:t>
      </w:r>
    </w:p>
    <w:p w:rsidR="00034572" w:rsidRDefault="007834A1">
      <w:r>
        <w:t xml:space="preserve">- </w:t>
      </w:r>
      <w:r w:rsidR="00570E52">
        <w:t xml:space="preserve">Popular Science </w:t>
      </w:r>
      <w:r>
        <w:t xml:space="preserve">Text Writer Team Member, </w:t>
      </w:r>
      <w:proofErr w:type="spellStart"/>
      <w:r>
        <w:t>Hacettepe</w:t>
      </w:r>
      <w:proofErr w:type="spellEnd"/>
      <w:r>
        <w:t xml:space="preserve"> University Ecology Group (EKOG) (Oct 2020 - Jun 2023)</w:t>
      </w:r>
    </w:p>
    <w:p w:rsidR="00034572" w:rsidRDefault="007834A1">
      <w:r>
        <w:t xml:space="preserve">  Volunteered on the ekog.org site and Ekog Instagram page, writing about developments in biology and science, especially ecology. Served two terms as a Management Board Member and two terms as Vice Chairman of the Board.</w:t>
      </w:r>
    </w:p>
    <w:p w:rsidR="00034572" w:rsidRDefault="007834A1">
      <w:pPr>
        <w:pStyle w:val="Balk2"/>
      </w:pPr>
      <w:r>
        <w:t>Work Experience</w:t>
      </w:r>
    </w:p>
    <w:p w:rsidR="00034572" w:rsidRDefault="007834A1">
      <w:r>
        <w:t>Biodiversity Specialist, BIAS Environmental Consulting (Jul 2023 - Present)</w:t>
      </w:r>
    </w:p>
    <w:p w:rsidR="00034572" w:rsidRDefault="007834A1">
      <w:r>
        <w:t>Balıkesir, Turkey</w:t>
      </w:r>
    </w:p>
    <w:p w:rsidR="00034572" w:rsidRDefault="007834A1">
      <w:r>
        <w:t>Responsibilities:</w:t>
      </w:r>
    </w:p>
    <w:p w:rsidR="00034572" w:rsidRDefault="007834A1">
      <w:r>
        <w:t>- Bio-monitoring and Recording</w:t>
      </w:r>
    </w:p>
    <w:p w:rsidR="00034572" w:rsidRDefault="007834A1">
      <w:r>
        <w:t>- Periodic Ecosystem Assessment Reporting</w:t>
      </w:r>
    </w:p>
    <w:p w:rsidR="00034572" w:rsidRDefault="007834A1">
      <w:r>
        <w:t>- Flora and Fauna Monitoring and Inventory Studies</w:t>
      </w:r>
    </w:p>
    <w:p w:rsidR="00034572" w:rsidRDefault="007834A1">
      <w:r>
        <w:t>- Species Conservation, Plant Collection, and Fauna Translocation</w:t>
      </w:r>
    </w:p>
    <w:p w:rsidR="00034572" w:rsidRDefault="007834A1">
      <w:r>
        <w:t>- Biodiversity Education and Awareness Activities</w:t>
      </w:r>
    </w:p>
    <w:p w:rsidR="00F43BA2" w:rsidRDefault="00F43BA2"/>
    <w:p w:rsidR="00F43BA2" w:rsidRDefault="00F43BA2" w:rsidP="00F43BA2">
      <w:bookmarkStart w:id="0" w:name="_GoBack"/>
      <w:bookmarkEnd w:id="0"/>
    </w:p>
    <w:p w:rsidR="00F43BA2" w:rsidRPr="00F43BA2" w:rsidRDefault="00F43BA2" w:rsidP="00F43BA2">
      <w:pPr>
        <w:keepNext/>
        <w:keepLines/>
        <w:spacing w:before="200" w:after="0"/>
        <w:outlineLvl w:val="1"/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lastRenderedPageBreak/>
        <w:t xml:space="preserve">Volunteer </w:t>
      </w:r>
      <w:r w:rsidRPr="00F43BA2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Work Experience</w:t>
      </w:r>
    </w:p>
    <w:p w:rsidR="00F43BA2" w:rsidRDefault="00F43BA2" w:rsidP="00F43BA2"/>
    <w:p w:rsidR="00F43BA2" w:rsidRPr="00F43BA2" w:rsidRDefault="00F43BA2" w:rsidP="00F43BA2">
      <w:r w:rsidRPr="00F43BA2">
        <w:t xml:space="preserve">Volunteer in the Hope Project, </w:t>
      </w:r>
      <w:proofErr w:type="spellStart"/>
      <w:r w:rsidRPr="00F43BA2">
        <w:t>Giacce</w:t>
      </w:r>
      <w:proofErr w:type="spellEnd"/>
      <w:r w:rsidRPr="00F43BA2">
        <w:t xml:space="preserve"> Verdi Bronte (Mar 2019 - Jun 2019)</w:t>
      </w:r>
    </w:p>
    <w:p w:rsidR="00F43BA2" w:rsidRPr="00F43BA2" w:rsidRDefault="00F43BA2" w:rsidP="00F43BA2">
      <w:r w:rsidRPr="00F43BA2">
        <w:t xml:space="preserve">  Participated in activities related to Environmental Biology and Ecology in primary schools in Bronte, Italy, under the European Volunteers Movement program. Contributed to three separate initiatives under the "Hope" Project:</w:t>
      </w:r>
    </w:p>
    <w:p w:rsidR="00F43BA2" w:rsidRPr="00F43BA2" w:rsidRDefault="00F43BA2" w:rsidP="00F43BA2">
      <w:r w:rsidRPr="00F43BA2">
        <w:t xml:space="preserve">  - </w:t>
      </w:r>
      <w:proofErr w:type="spellStart"/>
      <w:r w:rsidRPr="00F43BA2">
        <w:t>Brignolo</w:t>
      </w:r>
      <w:proofErr w:type="spellEnd"/>
      <w:r w:rsidRPr="00F43BA2">
        <w:t xml:space="preserve"> – «</w:t>
      </w:r>
      <w:proofErr w:type="spellStart"/>
      <w:r w:rsidRPr="00F43BA2">
        <w:t>il</w:t>
      </w:r>
      <w:proofErr w:type="spellEnd"/>
      <w:r w:rsidRPr="00F43BA2">
        <w:t xml:space="preserve"> Bosco </w:t>
      </w:r>
      <w:proofErr w:type="spellStart"/>
      <w:r w:rsidRPr="00F43BA2">
        <w:t>dei</w:t>
      </w:r>
      <w:proofErr w:type="spellEnd"/>
      <w:r w:rsidRPr="00F43BA2">
        <w:t xml:space="preserve"> </w:t>
      </w:r>
      <w:proofErr w:type="spellStart"/>
      <w:r w:rsidRPr="00F43BA2">
        <w:t>Ragazzi</w:t>
      </w:r>
      <w:proofErr w:type="spellEnd"/>
      <w:r w:rsidRPr="00F43BA2">
        <w:t xml:space="preserve"> per I </w:t>
      </w:r>
      <w:proofErr w:type="spellStart"/>
      <w:r w:rsidRPr="00F43BA2">
        <w:t>Ragazzi</w:t>
      </w:r>
      <w:proofErr w:type="spellEnd"/>
      <w:r w:rsidRPr="00F43BA2">
        <w:t xml:space="preserve"> (Children's Forest for </w:t>
      </w:r>
      <w:proofErr w:type="gramStart"/>
      <w:r w:rsidRPr="00F43BA2">
        <w:t>Children)»</w:t>
      </w:r>
      <w:proofErr w:type="gramEnd"/>
    </w:p>
    <w:p w:rsidR="00F43BA2" w:rsidRPr="00F43BA2" w:rsidRDefault="00F43BA2" w:rsidP="00F43BA2">
      <w:r w:rsidRPr="00F43BA2">
        <w:t xml:space="preserve">  - Frutti per la </w:t>
      </w:r>
      <w:proofErr w:type="spellStart"/>
      <w:r w:rsidRPr="00F43BA2">
        <w:t>Biosfera</w:t>
      </w:r>
      <w:proofErr w:type="spellEnd"/>
      <w:r w:rsidRPr="00F43BA2">
        <w:t xml:space="preserve"> (Fruits for the Biosphere)</w:t>
      </w:r>
    </w:p>
    <w:p w:rsidR="00F43BA2" w:rsidRPr="00F43BA2" w:rsidRDefault="00F43BA2" w:rsidP="00F43BA2">
      <w:r w:rsidRPr="00F43BA2">
        <w:t xml:space="preserve">  - </w:t>
      </w:r>
      <w:proofErr w:type="spellStart"/>
      <w:r w:rsidRPr="00F43BA2">
        <w:t>Mercatino</w:t>
      </w:r>
      <w:proofErr w:type="spellEnd"/>
      <w:r w:rsidRPr="00F43BA2">
        <w:t xml:space="preserve"> per la </w:t>
      </w:r>
      <w:proofErr w:type="spellStart"/>
      <w:r w:rsidRPr="00F43BA2">
        <w:t>Biosfera</w:t>
      </w:r>
      <w:proofErr w:type="spellEnd"/>
      <w:r w:rsidRPr="00F43BA2">
        <w:t xml:space="preserve"> (Markets for the Biosphere)</w:t>
      </w:r>
    </w:p>
    <w:p w:rsidR="00F43BA2" w:rsidRDefault="00F43BA2">
      <w:pPr>
        <w:pStyle w:val="Balk2"/>
      </w:pPr>
    </w:p>
    <w:p w:rsidR="00034572" w:rsidRDefault="007834A1">
      <w:pPr>
        <w:pStyle w:val="Balk2"/>
      </w:pPr>
      <w:r>
        <w:t>Skills and Abilities</w:t>
      </w:r>
    </w:p>
    <w:p w:rsidR="00034572" w:rsidRDefault="007834A1">
      <w:r>
        <w:t>Research, Fieldwork, Environmental Awareness, Written and Verbal Communication Skills, Negotiation, Presentation, Problem Solving, Data Analysis, Decision Making, Wildlife, Birdwatching, Teamwork, Report Writing, Ecology, Digital Photography, Copywriting, Analytical Skills</w:t>
      </w:r>
    </w:p>
    <w:p w:rsidR="00034572" w:rsidRDefault="007834A1">
      <w:r>
        <w:t>Technical Skills: Microsoft 365, IRONIC, Adobe Creative Cloud, Canva, EYS</w:t>
      </w:r>
    </w:p>
    <w:p w:rsidR="00034572" w:rsidRDefault="007834A1">
      <w:r>
        <w:t>Languages: English (Intermediate Level)</w:t>
      </w:r>
    </w:p>
    <w:p w:rsidR="00034572" w:rsidRDefault="007834A1">
      <w:pPr>
        <w:pStyle w:val="Balk2"/>
      </w:pPr>
      <w:r>
        <w:t>References</w:t>
      </w:r>
    </w:p>
    <w:p w:rsidR="00034572" w:rsidRDefault="007834A1">
      <w:r>
        <w:t>Prof. Dr. Zafer Ayaş, Ornithologist, Zoologist</w:t>
      </w:r>
    </w:p>
    <w:p w:rsidR="00034572" w:rsidRDefault="007834A1">
      <w:r>
        <w:t>Phone: +90 532 723 0612</w:t>
      </w:r>
    </w:p>
    <w:p w:rsidR="00034572" w:rsidRDefault="007834A1">
      <w:r>
        <w:t>Email: indiana@hacettepe.edu.tr</w:t>
      </w:r>
    </w:p>
    <w:p w:rsidR="00034572" w:rsidRDefault="007834A1">
      <w:r>
        <w:t>Prof. Dr. Aydın Akbulut, Hydrobiologist, Zoologist</w:t>
      </w:r>
    </w:p>
    <w:p w:rsidR="00034572" w:rsidRDefault="007834A1">
      <w:r>
        <w:t>Phone: +90 533 612 2068</w:t>
      </w:r>
    </w:p>
    <w:p w:rsidR="00034572" w:rsidRDefault="007834A1">
      <w:r>
        <w:t>Email: akbulut@hacettepe.edu.tr</w:t>
      </w:r>
    </w:p>
    <w:p w:rsidR="00034572" w:rsidRDefault="007834A1">
      <w:r>
        <w:t>Prof. Dr. Hayri Duman, Systematic Botanist, Florist</w:t>
      </w:r>
    </w:p>
    <w:p w:rsidR="00034572" w:rsidRDefault="007834A1">
      <w:r>
        <w:t>Phone: +90 532 385 5926</w:t>
      </w:r>
    </w:p>
    <w:p w:rsidR="00034572" w:rsidRDefault="007834A1">
      <w:r>
        <w:t>Email: hduman@gazi.edu.tr</w:t>
      </w:r>
    </w:p>
    <w:sectPr w:rsidR="0003457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572"/>
    <w:rsid w:val="00034616"/>
    <w:rsid w:val="0006063C"/>
    <w:rsid w:val="000801AC"/>
    <w:rsid w:val="0015074B"/>
    <w:rsid w:val="0029639D"/>
    <w:rsid w:val="00326F90"/>
    <w:rsid w:val="00570E52"/>
    <w:rsid w:val="005829C3"/>
    <w:rsid w:val="007834A1"/>
    <w:rsid w:val="00AA1D8D"/>
    <w:rsid w:val="00B47730"/>
    <w:rsid w:val="00CB0664"/>
    <w:rsid w:val="00EA4417"/>
    <w:rsid w:val="00F43BA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C7DCDC"/>
  <w14:defaultImageDpi w14:val="300"/>
  <w15:docId w15:val="{F1F17310-B15D-42F5-9555-A469B58A6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Alnt">
    <w:name w:val="Quote"/>
    <w:basedOn w:val="Normal"/>
    <w:next w:val="Normal"/>
    <w:link w:val="AlntChar"/>
    <w:uiPriority w:val="29"/>
    <w:qFormat/>
    <w:rsid w:val="00FC693F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Kpr">
    <w:name w:val="Hyperlink"/>
    <w:basedOn w:val="VarsaylanParagrafYazTipi"/>
    <w:uiPriority w:val="99"/>
    <w:unhideWhenUsed/>
    <w:rsid w:val="00EA4417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EA44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linkedin.com/in/eckaya33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D2996CD-11E7-463B-BD02-192E84672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362</Words>
  <Characters>2064</Characters>
  <Application>Microsoft Office Word</Application>
  <DocSecurity>0</DocSecurity>
  <Lines>17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2422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Emir Can Kaya</cp:lastModifiedBy>
  <cp:revision>5</cp:revision>
  <dcterms:created xsi:type="dcterms:W3CDTF">2013-12-23T23:15:00Z</dcterms:created>
  <dcterms:modified xsi:type="dcterms:W3CDTF">2024-07-24T12:14:00Z</dcterms:modified>
  <cp:category/>
</cp:coreProperties>
</file>