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3D3C" w:rsidRDefault="003F1D5D">
      <w:pPr>
        <w:pStyle w:val="Balk1"/>
      </w:pPr>
      <w:r>
        <w:t>Emir Can Kaya</w:t>
      </w:r>
    </w:p>
    <w:p w:rsidR="00163D3C" w:rsidRDefault="003F1D5D">
      <w:r>
        <w:t>E-posta: eckaya98@gmail.com, mail@emircankaya.com</w:t>
      </w:r>
    </w:p>
    <w:p w:rsidR="00163D3C" w:rsidRDefault="003F1D5D">
      <w:r>
        <w:t>Telefon: 05453031464</w:t>
      </w:r>
    </w:p>
    <w:p w:rsidR="00163D3C" w:rsidRDefault="003F1D5D">
      <w:r>
        <w:t>LinkedIn: https://www.linkedin.com/in/eckaya33/</w:t>
      </w:r>
    </w:p>
    <w:p w:rsidR="00163D3C" w:rsidRDefault="003F1D5D">
      <w:r>
        <w:t>Adres: Balıkesir/Bigadiç</w:t>
      </w:r>
    </w:p>
    <w:p w:rsidR="00163D3C" w:rsidRDefault="003F1D5D">
      <w:pPr>
        <w:pStyle w:val="Balk2"/>
      </w:pPr>
      <w:r>
        <w:t>Kariyer Hedefi</w:t>
      </w:r>
    </w:p>
    <w:p w:rsidR="00163D3C" w:rsidRDefault="003F1D5D">
      <w:r>
        <w:t>Biyoçeşitlilik Uzmanı olarak ekosistemleri koruma ve sürdürülebilirlik alanında önemli projelerde görev alarak katkı sağlamak.</w:t>
      </w:r>
    </w:p>
    <w:p w:rsidR="00163D3C" w:rsidRDefault="003F1D5D">
      <w:pPr>
        <w:pStyle w:val="Balk2"/>
      </w:pPr>
      <w:r>
        <w:t>Eğitim Bilgileri</w:t>
      </w:r>
    </w:p>
    <w:p w:rsidR="00163D3C" w:rsidRDefault="003F1D5D">
      <w:r>
        <w:t>Hacettepe Üniversitesi, Biyoloji Bölümü</w:t>
      </w:r>
    </w:p>
    <w:p w:rsidR="00163D3C" w:rsidRDefault="003F1D5D">
      <w:r>
        <w:t>Mezuniyet Tarihi: 2023</w:t>
      </w:r>
    </w:p>
    <w:p w:rsidR="00163D3C" w:rsidRDefault="003F1D5D">
      <w:r>
        <w:t>Başarılar ve Projeler:</w:t>
      </w:r>
    </w:p>
    <w:p w:rsidR="00163D3C" w:rsidRDefault="003F1D5D">
      <w:r>
        <w:t xml:space="preserve">- </w:t>
      </w:r>
      <w:proofErr w:type="spellStart"/>
      <w:r>
        <w:t>Araştırma</w:t>
      </w:r>
      <w:proofErr w:type="spellEnd"/>
      <w:r>
        <w:t xml:space="preserve"> </w:t>
      </w:r>
      <w:r w:rsidR="009E6CDE">
        <w:t>(</w:t>
      </w:r>
      <w:proofErr w:type="spellStart"/>
      <w:r w:rsidR="009E6CDE">
        <w:t>Metin</w:t>
      </w:r>
      <w:proofErr w:type="spellEnd"/>
      <w:r w:rsidR="009E6CDE">
        <w:t xml:space="preserve"> </w:t>
      </w:r>
      <w:proofErr w:type="spellStart"/>
      <w:r w:rsidR="009E6CDE">
        <w:t>Yazarı</w:t>
      </w:r>
      <w:proofErr w:type="spellEnd"/>
      <w:r w:rsidR="009E6CDE">
        <w:t xml:space="preserve">) </w:t>
      </w:r>
      <w:proofErr w:type="spellStart"/>
      <w:r>
        <w:t>Ekibi</w:t>
      </w:r>
      <w:proofErr w:type="spellEnd"/>
      <w:r>
        <w:t xml:space="preserve"> </w:t>
      </w:r>
      <w:proofErr w:type="spellStart"/>
      <w:r>
        <w:t>Üyesi</w:t>
      </w:r>
      <w:proofErr w:type="spellEnd"/>
      <w:r>
        <w:t xml:space="preserve">, </w:t>
      </w:r>
      <w:proofErr w:type="spellStart"/>
      <w:r>
        <w:t>Hacettepe</w:t>
      </w:r>
      <w:proofErr w:type="spellEnd"/>
      <w:r>
        <w:t xml:space="preserve"> </w:t>
      </w:r>
      <w:proofErr w:type="spellStart"/>
      <w:r>
        <w:t>Üniversitesi</w:t>
      </w:r>
      <w:proofErr w:type="spellEnd"/>
      <w:r>
        <w:t xml:space="preserve"> Ekoloji Grubu Topluluğu (EKOG) (Eki 2020 - Haz 2023)</w:t>
      </w:r>
    </w:p>
    <w:p w:rsidR="00163D3C" w:rsidRDefault="003F1D5D">
      <w:r>
        <w:t xml:space="preserve">  Gönüllü olarak ekog.org sitesinde ve Ekog Instagram sayfasında ekoloji başta olmak üzere biyolojide ve bilimdeki gelişmeleri yazdım. İki dönem boyunca Yönetim Kurulu Üyesi ve iki dönem boyunca da Yönetim Kurulu Başkan Yardımcısı olarak görev yaptım.</w:t>
      </w:r>
    </w:p>
    <w:p w:rsidR="00163D3C" w:rsidRDefault="003F1D5D">
      <w:pPr>
        <w:pStyle w:val="Balk2"/>
      </w:pPr>
      <w:proofErr w:type="spellStart"/>
      <w:r>
        <w:t>İş</w:t>
      </w:r>
      <w:proofErr w:type="spellEnd"/>
      <w:r>
        <w:t xml:space="preserve"> </w:t>
      </w:r>
      <w:proofErr w:type="spellStart"/>
      <w:r>
        <w:t>Deneyimleri</w:t>
      </w:r>
      <w:proofErr w:type="spellEnd"/>
    </w:p>
    <w:p w:rsidR="00163D3C" w:rsidRDefault="003F1D5D">
      <w:r>
        <w:t>Biyoçeşitlilik Uzmanı, BIAS Çevre Danışmanlık (Temmuz 2023 - Halen devam ediyor)</w:t>
      </w:r>
    </w:p>
    <w:p w:rsidR="00163D3C" w:rsidRDefault="003F1D5D">
      <w:r>
        <w:t>Balıkesir, Türkiye</w:t>
      </w:r>
    </w:p>
    <w:p w:rsidR="00163D3C" w:rsidRDefault="003F1D5D">
      <w:r>
        <w:t>Görev ve Sorumluluklar:</w:t>
      </w:r>
    </w:p>
    <w:p w:rsidR="00C91A4F" w:rsidRDefault="003F1D5D">
      <w:r>
        <w:t xml:space="preserve">- </w:t>
      </w:r>
      <w:proofErr w:type="spellStart"/>
      <w:r w:rsidR="00C91A4F" w:rsidRPr="00C91A4F">
        <w:t>Biyo-izleme</w:t>
      </w:r>
      <w:proofErr w:type="spellEnd"/>
      <w:r w:rsidR="00C91A4F" w:rsidRPr="00C91A4F">
        <w:t xml:space="preserve"> </w:t>
      </w:r>
      <w:proofErr w:type="spellStart"/>
      <w:r w:rsidR="00C91A4F" w:rsidRPr="00C91A4F">
        <w:t>ve</w:t>
      </w:r>
      <w:proofErr w:type="spellEnd"/>
      <w:r w:rsidR="00C91A4F" w:rsidRPr="00C91A4F">
        <w:t xml:space="preserve"> </w:t>
      </w:r>
      <w:proofErr w:type="spellStart"/>
      <w:r w:rsidR="00C91A4F" w:rsidRPr="00C91A4F">
        <w:t>Kayıt</w:t>
      </w:r>
      <w:proofErr w:type="spellEnd"/>
      <w:r w:rsidR="00C91A4F" w:rsidRPr="00C91A4F">
        <w:t xml:space="preserve"> </w:t>
      </w:r>
    </w:p>
    <w:p w:rsidR="00163D3C" w:rsidRDefault="00C91A4F">
      <w:r>
        <w:t xml:space="preserve">- </w:t>
      </w:r>
      <w:proofErr w:type="spellStart"/>
      <w:r>
        <w:t>Periyodik</w:t>
      </w:r>
      <w:proofErr w:type="spellEnd"/>
      <w:r>
        <w:t xml:space="preserve"> </w:t>
      </w:r>
      <w:proofErr w:type="spellStart"/>
      <w:r w:rsidR="003F1D5D">
        <w:t>Ekosistem</w:t>
      </w:r>
      <w:proofErr w:type="spellEnd"/>
      <w:r w:rsidR="003F1D5D">
        <w:t xml:space="preserve"> </w:t>
      </w:r>
      <w:proofErr w:type="spellStart"/>
      <w:r w:rsidR="003F1D5D">
        <w:t>Değerlendirme</w:t>
      </w:r>
      <w:proofErr w:type="spellEnd"/>
      <w:r w:rsidR="003F1D5D">
        <w:t xml:space="preserve"> </w:t>
      </w:r>
      <w:proofErr w:type="spellStart"/>
      <w:r w:rsidR="003F1D5D">
        <w:t>Raporlamaları</w:t>
      </w:r>
      <w:proofErr w:type="spellEnd"/>
    </w:p>
    <w:p w:rsidR="00163D3C" w:rsidRDefault="003F1D5D" w:rsidP="00C91A4F">
      <w:r>
        <w:t xml:space="preserve">- Flora - Fauna </w:t>
      </w:r>
      <w:proofErr w:type="spellStart"/>
      <w:r>
        <w:t>Takibi</w:t>
      </w:r>
      <w:proofErr w:type="spellEnd"/>
      <w:r w:rsidR="00C91A4F">
        <w:t xml:space="preserve"> </w:t>
      </w:r>
      <w:proofErr w:type="spellStart"/>
      <w:r w:rsidR="00C91A4F">
        <w:t>ve</w:t>
      </w:r>
      <w:proofErr w:type="spellEnd"/>
      <w:r w:rsidR="00C91A4F">
        <w:t xml:space="preserve"> </w:t>
      </w:r>
      <w:proofErr w:type="spellStart"/>
      <w:r w:rsidR="00C91A4F">
        <w:t>Envanter</w:t>
      </w:r>
      <w:proofErr w:type="spellEnd"/>
      <w:r w:rsidR="00C91A4F">
        <w:t xml:space="preserve"> </w:t>
      </w:r>
      <w:proofErr w:type="spellStart"/>
      <w:r w:rsidR="00C91A4F">
        <w:t>Çalışmaları</w:t>
      </w:r>
      <w:proofErr w:type="spellEnd"/>
    </w:p>
    <w:p w:rsidR="00163D3C" w:rsidRDefault="003F1D5D">
      <w:r>
        <w:t xml:space="preserve">- </w:t>
      </w:r>
      <w:proofErr w:type="spellStart"/>
      <w:r>
        <w:t>Tür</w:t>
      </w:r>
      <w:proofErr w:type="spellEnd"/>
      <w:r>
        <w:t xml:space="preserve"> </w:t>
      </w:r>
      <w:proofErr w:type="spellStart"/>
      <w:r>
        <w:t>Koruma</w:t>
      </w:r>
      <w:proofErr w:type="spellEnd"/>
      <w:r w:rsidR="00C91A4F">
        <w:t xml:space="preserve">, Bitki </w:t>
      </w:r>
      <w:proofErr w:type="spellStart"/>
      <w:r w:rsidR="00C91A4F">
        <w:t>Toplama</w:t>
      </w:r>
      <w:proofErr w:type="spellEnd"/>
      <w:r w:rsidR="00C91A4F">
        <w:t xml:space="preserve"> </w:t>
      </w:r>
      <w:proofErr w:type="spellStart"/>
      <w:r w:rsidR="00C91A4F">
        <w:t>ve</w:t>
      </w:r>
      <w:proofErr w:type="spellEnd"/>
      <w:r w:rsidR="00C91A4F">
        <w:t xml:space="preserve"> Fauna </w:t>
      </w:r>
      <w:proofErr w:type="spellStart"/>
      <w:r w:rsidR="00C91A4F">
        <w:t>Translokasyonu</w:t>
      </w:r>
      <w:proofErr w:type="spellEnd"/>
    </w:p>
    <w:p w:rsidR="00C91A4F" w:rsidRDefault="00134644">
      <w:r>
        <w:t xml:space="preserve">- Biyoçeşitlilik </w:t>
      </w:r>
      <w:proofErr w:type="spellStart"/>
      <w:r>
        <w:t>Eğitimi</w:t>
      </w:r>
      <w:proofErr w:type="spellEnd"/>
      <w:r>
        <w:t xml:space="preserve"> </w:t>
      </w:r>
      <w:proofErr w:type="spellStart"/>
      <w:r>
        <w:t>ve</w:t>
      </w:r>
      <w:proofErr w:type="spellEnd"/>
      <w:r>
        <w:t xml:space="preserve"> </w:t>
      </w:r>
      <w:proofErr w:type="spellStart"/>
      <w:r>
        <w:t>Farkındalık</w:t>
      </w:r>
      <w:proofErr w:type="spellEnd"/>
      <w:r>
        <w:t xml:space="preserve"> </w:t>
      </w:r>
      <w:proofErr w:type="spellStart"/>
      <w:r>
        <w:t>Çalışmaları</w:t>
      </w:r>
      <w:proofErr w:type="spellEnd"/>
    </w:p>
    <w:p w:rsidR="009E6CDE" w:rsidRDefault="009E6CDE"/>
    <w:p w:rsidR="009E6CDE" w:rsidRDefault="009E6CDE"/>
    <w:p w:rsidR="009E6CDE" w:rsidRDefault="009E6CDE" w:rsidP="009E6CDE">
      <w:pPr>
        <w:keepNext/>
        <w:keepLines/>
        <w:spacing w:before="200" w:after="0"/>
        <w:outlineLvl w:val="1"/>
        <w:rPr>
          <w:rFonts w:asciiTheme="majorHAnsi" w:eastAsiaTheme="majorEastAsia" w:hAnsiTheme="majorHAnsi" w:cstheme="majorBidi"/>
          <w:b/>
          <w:bCs/>
          <w:color w:val="4F81BD" w:themeColor="accent1"/>
          <w:sz w:val="26"/>
          <w:szCs w:val="26"/>
        </w:rPr>
      </w:pPr>
      <w:proofErr w:type="spellStart"/>
      <w:r>
        <w:rPr>
          <w:rFonts w:asciiTheme="majorHAnsi" w:eastAsiaTheme="majorEastAsia" w:hAnsiTheme="majorHAnsi" w:cstheme="majorBidi"/>
          <w:b/>
          <w:bCs/>
          <w:color w:val="4F81BD" w:themeColor="accent1"/>
          <w:sz w:val="26"/>
          <w:szCs w:val="26"/>
        </w:rPr>
        <w:lastRenderedPageBreak/>
        <w:t>Gönüllü</w:t>
      </w:r>
      <w:proofErr w:type="spellEnd"/>
      <w:r>
        <w:rPr>
          <w:rFonts w:asciiTheme="majorHAnsi" w:eastAsiaTheme="majorEastAsia" w:hAnsiTheme="majorHAnsi" w:cstheme="majorBidi"/>
          <w:b/>
          <w:bCs/>
          <w:color w:val="4F81BD" w:themeColor="accent1"/>
          <w:sz w:val="26"/>
          <w:szCs w:val="26"/>
        </w:rPr>
        <w:t xml:space="preserve"> </w:t>
      </w:r>
      <w:proofErr w:type="spellStart"/>
      <w:r w:rsidR="0021041F">
        <w:rPr>
          <w:rFonts w:asciiTheme="majorHAnsi" w:eastAsiaTheme="majorEastAsia" w:hAnsiTheme="majorHAnsi" w:cstheme="majorBidi"/>
          <w:b/>
          <w:bCs/>
          <w:color w:val="4F81BD" w:themeColor="accent1"/>
          <w:sz w:val="26"/>
          <w:szCs w:val="26"/>
        </w:rPr>
        <w:t>İş</w:t>
      </w:r>
      <w:proofErr w:type="spellEnd"/>
      <w:r w:rsidR="0021041F">
        <w:rPr>
          <w:rFonts w:asciiTheme="majorHAnsi" w:eastAsiaTheme="majorEastAsia" w:hAnsiTheme="majorHAnsi" w:cstheme="majorBidi"/>
          <w:b/>
          <w:bCs/>
          <w:color w:val="4F81BD" w:themeColor="accent1"/>
          <w:sz w:val="26"/>
          <w:szCs w:val="26"/>
        </w:rPr>
        <w:t xml:space="preserve"> Deneyimi</w:t>
      </w:r>
      <w:bookmarkStart w:id="0" w:name="_GoBack"/>
      <w:bookmarkEnd w:id="0"/>
    </w:p>
    <w:p w:rsidR="009E6CDE" w:rsidRDefault="009E6CDE" w:rsidP="009E6CDE"/>
    <w:p w:rsidR="009E6CDE" w:rsidRDefault="009E6CDE" w:rsidP="009E6CDE">
      <w:r>
        <w:t xml:space="preserve">Hope </w:t>
      </w:r>
      <w:proofErr w:type="spellStart"/>
      <w:r>
        <w:t>Projesinde</w:t>
      </w:r>
      <w:proofErr w:type="spellEnd"/>
      <w:r>
        <w:t xml:space="preserve"> </w:t>
      </w:r>
      <w:proofErr w:type="spellStart"/>
      <w:r>
        <w:t>Gönüllü</w:t>
      </w:r>
      <w:proofErr w:type="spellEnd"/>
      <w:r>
        <w:t xml:space="preserve">, </w:t>
      </w:r>
      <w:proofErr w:type="spellStart"/>
      <w:r>
        <w:t>Giacce</w:t>
      </w:r>
      <w:proofErr w:type="spellEnd"/>
      <w:r>
        <w:t xml:space="preserve"> Verdi Bronte (Mar 2019 - Haz 2019)</w:t>
      </w:r>
    </w:p>
    <w:p w:rsidR="009E6CDE" w:rsidRDefault="009E6CDE" w:rsidP="009E6CDE">
      <w:r>
        <w:t xml:space="preserve">  </w:t>
      </w:r>
      <w:proofErr w:type="spellStart"/>
      <w:r>
        <w:t>Avrupa</w:t>
      </w:r>
      <w:proofErr w:type="spellEnd"/>
      <w:r>
        <w:t xml:space="preserve"> </w:t>
      </w:r>
      <w:proofErr w:type="spellStart"/>
      <w:r>
        <w:t>Gönüllüleri</w:t>
      </w:r>
      <w:proofErr w:type="spellEnd"/>
      <w:r>
        <w:t xml:space="preserve"> </w:t>
      </w:r>
      <w:proofErr w:type="spellStart"/>
      <w:r>
        <w:t>Hareketi</w:t>
      </w:r>
      <w:proofErr w:type="spellEnd"/>
      <w:r>
        <w:t xml:space="preserve"> </w:t>
      </w:r>
      <w:proofErr w:type="spellStart"/>
      <w:r>
        <w:t>programı</w:t>
      </w:r>
      <w:proofErr w:type="spellEnd"/>
      <w:r>
        <w:t xml:space="preserve"> </w:t>
      </w:r>
      <w:proofErr w:type="spellStart"/>
      <w:r>
        <w:t>ile</w:t>
      </w:r>
      <w:proofErr w:type="spellEnd"/>
      <w:r>
        <w:t xml:space="preserve"> </w:t>
      </w:r>
      <w:proofErr w:type="spellStart"/>
      <w:r>
        <w:t>İtalya'nın</w:t>
      </w:r>
      <w:proofErr w:type="spellEnd"/>
      <w:r>
        <w:t xml:space="preserve"> Bronte </w:t>
      </w:r>
      <w:proofErr w:type="spellStart"/>
      <w:r>
        <w:t>kasabasında</w:t>
      </w:r>
      <w:proofErr w:type="spellEnd"/>
      <w:r>
        <w:t xml:space="preserve"> </w:t>
      </w:r>
      <w:proofErr w:type="spellStart"/>
      <w:r>
        <w:t>Giacce</w:t>
      </w:r>
      <w:proofErr w:type="spellEnd"/>
      <w:r>
        <w:t xml:space="preserve"> Verdi </w:t>
      </w:r>
      <w:proofErr w:type="spellStart"/>
      <w:r>
        <w:t>kuruluşu</w:t>
      </w:r>
      <w:proofErr w:type="spellEnd"/>
      <w:r>
        <w:t xml:space="preserve"> </w:t>
      </w:r>
      <w:proofErr w:type="spellStart"/>
      <w:r>
        <w:t>altında</w:t>
      </w:r>
      <w:proofErr w:type="spellEnd"/>
      <w:r>
        <w:t xml:space="preserve"> </w:t>
      </w:r>
      <w:proofErr w:type="spellStart"/>
      <w:r>
        <w:t>ilkokul</w:t>
      </w:r>
      <w:proofErr w:type="spellEnd"/>
      <w:r>
        <w:t xml:space="preserve"> </w:t>
      </w:r>
      <w:proofErr w:type="spellStart"/>
      <w:r>
        <w:t>düzeyindeki</w:t>
      </w:r>
      <w:proofErr w:type="spellEnd"/>
      <w:r>
        <w:t xml:space="preserve"> </w:t>
      </w:r>
      <w:proofErr w:type="spellStart"/>
      <w:r>
        <w:t>okullara</w:t>
      </w:r>
      <w:proofErr w:type="spellEnd"/>
      <w:r>
        <w:t xml:space="preserve"> </w:t>
      </w:r>
      <w:proofErr w:type="spellStart"/>
      <w:r>
        <w:t>Çevre</w:t>
      </w:r>
      <w:proofErr w:type="spellEnd"/>
      <w:r>
        <w:t xml:space="preserve"> </w:t>
      </w:r>
      <w:proofErr w:type="spellStart"/>
      <w:r>
        <w:t>Biyolojisi</w:t>
      </w:r>
      <w:proofErr w:type="spellEnd"/>
      <w:r>
        <w:t xml:space="preserve"> </w:t>
      </w:r>
      <w:proofErr w:type="spellStart"/>
      <w:r>
        <w:t>ve</w:t>
      </w:r>
      <w:proofErr w:type="spellEnd"/>
      <w:r>
        <w:t xml:space="preserve"> </w:t>
      </w:r>
      <w:proofErr w:type="spellStart"/>
      <w:r>
        <w:t>Ekoloji</w:t>
      </w:r>
      <w:proofErr w:type="spellEnd"/>
      <w:r>
        <w:t xml:space="preserve"> </w:t>
      </w:r>
      <w:proofErr w:type="spellStart"/>
      <w:r>
        <w:t>alanında</w:t>
      </w:r>
      <w:proofErr w:type="spellEnd"/>
      <w:r>
        <w:t xml:space="preserve"> </w:t>
      </w:r>
      <w:proofErr w:type="spellStart"/>
      <w:r>
        <w:t>yapılan</w:t>
      </w:r>
      <w:proofErr w:type="spellEnd"/>
      <w:r>
        <w:t xml:space="preserve"> </w:t>
      </w:r>
      <w:proofErr w:type="spellStart"/>
      <w:r>
        <w:t>çalışmalara</w:t>
      </w:r>
      <w:proofErr w:type="spellEnd"/>
      <w:r>
        <w:t xml:space="preserve"> </w:t>
      </w:r>
      <w:proofErr w:type="spellStart"/>
      <w:r>
        <w:t>katıldım</w:t>
      </w:r>
      <w:proofErr w:type="spellEnd"/>
      <w:r>
        <w:t xml:space="preserve">. </w:t>
      </w:r>
      <w:proofErr w:type="spellStart"/>
      <w:r>
        <w:t>Ayrıca</w:t>
      </w:r>
      <w:proofErr w:type="spellEnd"/>
      <w:r>
        <w:t xml:space="preserve"> "Hope" </w:t>
      </w:r>
      <w:proofErr w:type="spellStart"/>
      <w:r>
        <w:t>Projesi</w:t>
      </w:r>
      <w:proofErr w:type="spellEnd"/>
      <w:r>
        <w:t xml:space="preserve"> </w:t>
      </w:r>
      <w:proofErr w:type="spellStart"/>
      <w:r>
        <w:t>adı</w:t>
      </w:r>
      <w:proofErr w:type="spellEnd"/>
      <w:r>
        <w:t xml:space="preserve"> </w:t>
      </w:r>
      <w:proofErr w:type="spellStart"/>
      <w:r>
        <w:t>altında</w:t>
      </w:r>
      <w:proofErr w:type="spellEnd"/>
      <w:r>
        <w:t xml:space="preserve"> 3 </w:t>
      </w:r>
      <w:proofErr w:type="spellStart"/>
      <w:r>
        <w:t>ayrı</w:t>
      </w:r>
      <w:proofErr w:type="spellEnd"/>
      <w:r>
        <w:t xml:space="preserve"> </w:t>
      </w:r>
      <w:proofErr w:type="spellStart"/>
      <w:r>
        <w:t>çalışmalarda</w:t>
      </w:r>
      <w:proofErr w:type="spellEnd"/>
      <w:r>
        <w:t xml:space="preserve"> da </w:t>
      </w:r>
      <w:proofErr w:type="spellStart"/>
      <w:r>
        <w:t>görev</w:t>
      </w:r>
      <w:proofErr w:type="spellEnd"/>
      <w:r>
        <w:t xml:space="preserve"> </w:t>
      </w:r>
      <w:proofErr w:type="spellStart"/>
      <w:r>
        <w:t>yaptım</w:t>
      </w:r>
      <w:proofErr w:type="spellEnd"/>
      <w:r>
        <w:t>:</w:t>
      </w:r>
    </w:p>
    <w:p w:rsidR="009E6CDE" w:rsidRDefault="009E6CDE" w:rsidP="009E6CDE">
      <w:r>
        <w:t xml:space="preserve">  - </w:t>
      </w:r>
      <w:proofErr w:type="spellStart"/>
      <w:r>
        <w:t>Brignolo</w:t>
      </w:r>
      <w:proofErr w:type="spellEnd"/>
      <w:r>
        <w:t xml:space="preserve"> – «</w:t>
      </w:r>
      <w:proofErr w:type="spellStart"/>
      <w:r>
        <w:t>il</w:t>
      </w:r>
      <w:proofErr w:type="spellEnd"/>
      <w:r>
        <w:t xml:space="preserve"> Bosco </w:t>
      </w:r>
      <w:proofErr w:type="spellStart"/>
      <w:r>
        <w:t>dei</w:t>
      </w:r>
      <w:proofErr w:type="spellEnd"/>
      <w:r>
        <w:t xml:space="preserve"> </w:t>
      </w:r>
      <w:proofErr w:type="spellStart"/>
      <w:r>
        <w:t>Ragazzi</w:t>
      </w:r>
      <w:proofErr w:type="spellEnd"/>
      <w:r>
        <w:t xml:space="preserve"> per I </w:t>
      </w:r>
      <w:proofErr w:type="spellStart"/>
      <w:r>
        <w:t>Ragazzi</w:t>
      </w:r>
      <w:proofErr w:type="spellEnd"/>
      <w:r>
        <w:t xml:space="preserve"> (</w:t>
      </w:r>
      <w:proofErr w:type="spellStart"/>
      <w:r>
        <w:t>Çocuklar</w:t>
      </w:r>
      <w:proofErr w:type="spellEnd"/>
      <w:r>
        <w:t xml:space="preserve"> </w:t>
      </w:r>
      <w:proofErr w:type="spellStart"/>
      <w:r>
        <w:t>için</w:t>
      </w:r>
      <w:proofErr w:type="spellEnd"/>
      <w:r>
        <w:t xml:space="preserve"> </w:t>
      </w:r>
      <w:proofErr w:type="spellStart"/>
      <w:r>
        <w:t>Çocuklar</w:t>
      </w:r>
      <w:proofErr w:type="spellEnd"/>
      <w:r>
        <w:t xml:space="preserve"> </w:t>
      </w:r>
      <w:proofErr w:type="spellStart"/>
      <w:proofErr w:type="gramStart"/>
      <w:r>
        <w:t>Ormanı</w:t>
      </w:r>
      <w:proofErr w:type="spellEnd"/>
      <w:r>
        <w:t>)»</w:t>
      </w:r>
      <w:proofErr w:type="gramEnd"/>
    </w:p>
    <w:p w:rsidR="009E6CDE" w:rsidRDefault="009E6CDE" w:rsidP="009E6CDE">
      <w:r>
        <w:t xml:space="preserve">  - Frutti per la </w:t>
      </w:r>
      <w:proofErr w:type="spellStart"/>
      <w:r>
        <w:t>Biosfera</w:t>
      </w:r>
      <w:proofErr w:type="spellEnd"/>
      <w:r>
        <w:t xml:space="preserve"> (</w:t>
      </w:r>
      <w:proofErr w:type="spellStart"/>
      <w:r>
        <w:t>Biyosfer</w:t>
      </w:r>
      <w:proofErr w:type="spellEnd"/>
      <w:r>
        <w:t xml:space="preserve"> </w:t>
      </w:r>
      <w:proofErr w:type="spellStart"/>
      <w:r>
        <w:t>için</w:t>
      </w:r>
      <w:proofErr w:type="spellEnd"/>
      <w:r>
        <w:t xml:space="preserve"> </w:t>
      </w:r>
      <w:proofErr w:type="spellStart"/>
      <w:r>
        <w:t>Meyveler</w:t>
      </w:r>
      <w:proofErr w:type="spellEnd"/>
      <w:r>
        <w:t>)</w:t>
      </w:r>
    </w:p>
    <w:p w:rsidR="009E6CDE" w:rsidRDefault="009E6CDE" w:rsidP="009E6CDE">
      <w:r>
        <w:t xml:space="preserve">  - </w:t>
      </w:r>
      <w:proofErr w:type="spellStart"/>
      <w:r>
        <w:t>Mercatino</w:t>
      </w:r>
      <w:proofErr w:type="spellEnd"/>
      <w:r>
        <w:t xml:space="preserve"> per la </w:t>
      </w:r>
      <w:proofErr w:type="spellStart"/>
      <w:r>
        <w:t>Biosfera</w:t>
      </w:r>
      <w:proofErr w:type="spellEnd"/>
      <w:r>
        <w:t xml:space="preserve"> (</w:t>
      </w:r>
      <w:proofErr w:type="spellStart"/>
      <w:r>
        <w:t>Biyosfer</w:t>
      </w:r>
      <w:proofErr w:type="spellEnd"/>
      <w:r>
        <w:t xml:space="preserve"> </w:t>
      </w:r>
      <w:proofErr w:type="spellStart"/>
      <w:r>
        <w:t>için</w:t>
      </w:r>
      <w:proofErr w:type="spellEnd"/>
      <w:r>
        <w:t xml:space="preserve"> </w:t>
      </w:r>
      <w:proofErr w:type="spellStart"/>
      <w:r>
        <w:t>Marketler</w:t>
      </w:r>
      <w:proofErr w:type="spellEnd"/>
      <w:r>
        <w:t>)</w:t>
      </w:r>
    </w:p>
    <w:p w:rsidR="00163D3C" w:rsidRDefault="003F1D5D">
      <w:pPr>
        <w:pStyle w:val="Balk2"/>
      </w:pPr>
      <w:proofErr w:type="spellStart"/>
      <w:r>
        <w:t>Yetenekler</w:t>
      </w:r>
      <w:proofErr w:type="spellEnd"/>
      <w:r>
        <w:t xml:space="preserve"> </w:t>
      </w:r>
      <w:proofErr w:type="spellStart"/>
      <w:r>
        <w:t>ve</w:t>
      </w:r>
      <w:proofErr w:type="spellEnd"/>
      <w:r>
        <w:t xml:space="preserve"> </w:t>
      </w:r>
      <w:proofErr w:type="spellStart"/>
      <w:r>
        <w:t>Beceriler</w:t>
      </w:r>
      <w:proofErr w:type="spellEnd"/>
    </w:p>
    <w:p w:rsidR="00163D3C" w:rsidRDefault="003F1D5D">
      <w:r>
        <w:t>Araştırma, Arazi Çalışması, Çevre Bilinci, Yazılı ve sözlü iletişim becerileri, Müzakere, Sunum, Problem Çözme, Veri Analizi, Karar Verme, Yaban Hayatı, Kuş Gözlemi, Ekip Çalışması, Rapor Yazma, Ekoloji, Dijital Fotoğrafçılık, Metin Yazarlığı, Analitik Beceriler</w:t>
      </w:r>
    </w:p>
    <w:p w:rsidR="00163D3C" w:rsidRDefault="003F1D5D">
      <w:r>
        <w:t>Teknik Beceriler: Microsoft 365, IRONIC, Adobe Creative Cloud, Canva, EYS</w:t>
      </w:r>
    </w:p>
    <w:p w:rsidR="00163D3C" w:rsidRDefault="003F1D5D">
      <w:r>
        <w:t>Dil Bilgisi: İngilizce (Orta Seviye)</w:t>
      </w:r>
    </w:p>
    <w:p w:rsidR="00163D3C" w:rsidRDefault="003F1D5D">
      <w:pPr>
        <w:pStyle w:val="Balk2"/>
      </w:pPr>
      <w:proofErr w:type="spellStart"/>
      <w:r>
        <w:t>Referanslar</w:t>
      </w:r>
      <w:proofErr w:type="spellEnd"/>
    </w:p>
    <w:p w:rsidR="00163D3C" w:rsidRDefault="003F1D5D">
      <w:r>
        <w:t>Prof. Dr. Zafer Ayaş, Ornitolog, Zoolog</w:t>
      </w:r>
    </w:p>
    <w:p w:rsidR="00163D3C" w:rsidRDefault="003F1D5D">
      <w:r>
        <w:t>Telefon: 0 (532) 723 06 12</w:t>
      </w:r>
    </w:p>
    <w:p w:rsidR="00163D3C" w:rsidRDefault="003F1D5D">
      <w:r>
        <w:t>E-posta: indiana@hacettepe.edu.tr</w:t>
      </w:r>
    </w:p>
    <w:p w:rsidR="00163D3C" w:rsidRDefault="003F1D5D">
      <w:r>
        <w:t>Prof. Dr. Aydın Akbulut, Hidrobiyolog, Zoolog</w:t>
      </w:r>
    </w:p>
    <w:p w:rsidR="00163D3C" w:rsidRDefault="003F1D5D">
      <w:r>
        <w:t>Telefon: 0 (533) 612 20 68</w:t>
      </w:r>
    </w:p>
    <w:p w:rsidR="00163D3C" w:rsidRDefault="003F1D5D">
      <w:r>
        <w:t>E-posta: akbulut@hacettepe.edu.tr</w:t>
      </w:r>
    </w:p>
    <w:p w:rsidR="00163D3C" w:rsidRDefault="003F1D5D">
      <w:r>
        <w:t>Prof. Dr. Hayri Duman, Sistematik Botanikçi, Florist</w:t>
      </w:r>
    </w:p>
    <w:p w:rsidR="00163D3C" w:rsidRDefault="003F1D5D">
      <w:r>
        <w:t>Telefon: 0 (532) 385 59 26</w:t>
      </w:r>
    </w:p>
    <w:p w:rsidR="00163D3C" w:rsidRDefault="003F1D5D">
      <w:r>
        <w:t>E-posta: hduman@gazi.edu.tr</w:t>
      </w:r>
    </w:p>
    <w:sectPr w:rsidR="00163D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A2"/>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ara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ara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Maddemi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Maddemi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ara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Maddemi"/>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34644"/>
    <w:rsid w:val="0015074B"/>
    <w:rsid w:val="00163D3C"/>
    <w:rsid w:val="0021041F"/>
    <w:rsid w:val="0029639D"/>
    <w:rsid w:val="00326F90"/>
    <w:rsid w:val="003F1D5D"/>
    <w:rsid w:val="007F6273"/>
    <w:rsid w:val="009E6CDE"/>
    <w:rsid w:val="00AA1D8D"/>
    <w:rsid w:val="00B47730"/>
    <w:rsid w:val="00C91A4F"/>
    <w:rsid w:val="00CB0664"/>
    <w:rsid w:val="00DE0D6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9DFCF99"/>
  <w14:defaultImageDpi w14:val="300"/>
  <w15:docId w15:val="{FA9FF8EB-BD4A-4951-8572-47CB5CFEE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style>
  <w:style w:type="paragraph" w:styleId="Balk1">
    <w:name w:val="heading 1"/>
    <w:basedOn w:val="Normal"/>
    <w:next w:val="Normal"/>
    <w:link w:val="Bal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alk6">
    <w:name w:val="heading 6"/>
    <w:basedOn w:val="Normal"/>
    <w:next w:val="Normal"/>
    <w:link w:val="Bal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alk7">
    <w:name w:val="heading 7"/>
    <w:basedOn w:val="Normal"/>
    <w:next w:val="Normal"/>
    <w:link w:val="Bal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alk9">
    <w:name w:val="heading 9"/>
    <w:basedOn w:val="Normal"/>
    <w:next w:val="Normal"/>
    <w:link w:val="Bal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18BF"/>
    <w:pPr>
      <w:tabs>
        <w:tab w:val="center" w:pos="4680"/>
        <w:tab w:val="right" w:pos="9360"/>
      </w:tabs>
      <w:spacing w:after="0" w:line="240" w:lineRule="auto"/>
    </w:pPr>
  </w:style>
  <w:style w:type="character" w:customStyle="1" w:styleId="stBilgiChar">
    <w:name w:val="Üst Bilgi Char"/>
    <w:basedOn w:val="VarsaylanParagrafYazTipi"/>
    <w:link w:val="stBilgi"/>
    <w:uiPriority w:val="99"/>
    <w:rsid w:val="00E618BF"/>
  </w:style>
  <w:style w:type="paragraph" w:styleId="AltBilgi">
    <w:name w:val="footer"/>
    <w:basedOn w:val="Normal"/>
    <w:link w:val="AltBilgiChar"/>
    <w:uiPriority w:val="99"/>
    <w:unhideWhenUsed/>
    <w:rsid w:val="00E618BF"/>
    <w:pPr>
      <w:tabs>
        <w:tab w:val="center" w:pos="4680"/>
        <w:tab w:val="right" w:pos="9360"/>
      </w:tabs>
      <w:spacing w:after="0" w:line="240" w:lineRule="auto"/>
    </w:pPr>
  </w:style>
  <w:style w:type="character" w:customStyle="1" w:styleId="AltBilgiChar">
    <w:name w:val="Alt Bilgi Char"/>
    <w:basedOn w:val="VarsaylanParagrafYazTipi"/>
    <w:link w:val="AltBilgi"/>
    <w:uiPriority w:val="99"/>
    <w:rsid w:val="00E618BF"/>
  </w:style>
  <w:style w:type="paragraph" w:styleId="AralkYok">
    <w:name w:val="No Spacing"/>
    <w:uiPriority w:val="1"/>
    <w:qFormat/>
    <w:rsid w:val="00FC693F"/>
    <w:pPr>
      <w:spacing w:after="0" w:line="240" w:lineRule="auto"/>
    </w:pPr>
  </w:style>
  <w:style w:type="character" w:customStyle="1" w:styleId="Balk1Char">
    <w:name w:val="Başlık 1 Char"/>
    <w:basedOn w:val="VarsaylanParagrafYazTipi"/>
    <w:link w:val="Bal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alk2Char">
    <w:name w:val="Başlık 2 Char"/>
    <w:basedOn w:val="VarsaylanParagrafYazTipi"/>
    <w:link w:val="Balk2"/>
    <w:uiPriority w:val="9"/>
    <w:rsid w:val="00FC693F"/>
    <w:rPr>
      <w:rFonts w:asciiTheme="majorHAnsi" w:eastAsiaTheme="majorEastAsia" w:hAnsiTheme="majorHAnsi" w:cstheme="majorBidi"/>
      <w:b/>
      <w:bCs/>
      <w:color w:val="4F81BD" w:themeColor="accent1"/>
      <w:sz w:val="26"/>
      <w:szCs w:val="26"/>
    </w:rPr>
  </w:style>
  <w:style w:type="character" w:customStyle="1" w:styleId="Balk3Char">
    <w:name w:val="Başlık 3 Char"/>
    <w:basedOn w:val="VarsaylanParagrafYazTipi"/>
    <w:link w:val="Balk3"/>
    <w:uiPriority w:val="9"/>
    <w:rsid w:val="00FC693F"/>
    <w:rPr>
      <w:rFonts w:asciiTheme="majorHAnsi" w:eastAsiaTheme="majorEastAsia" w:hAnsiTheme="majorHAnsi" w:cstheme="majorBidi"/>
      <w:b/>
      <w:bCs/>
      <w:color w:val="4F81BD" w:themeColor="accent1"/>
    </w:rPr>
  </w:style>
  <w:style w:type="paragraph" w:styleId="KonuBal">
    <w:name w:val="Title"/>
    <w:basedOn w:val="Normal"/>
    <w:next w:val="Normal"/>
    <w:link w:val="KonuBal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KonuBalChar">
    <w:name w:val="Konu Başlığı Char"/>
    <w:basedOn w:val="VarsaylanParagrafYazTipi"/>
    <w:link w:val="KonuBa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Altyaz">
    <w:name w:val="Subtitle"/>
    <w:basedOn w:val="Normal"/>
    <w:next w:val="Normal"/>
    <w:link w:val="Altyaz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ltyazChar">
    <w:name w:val="Altyazı Char"/>
    <w:basedOn w:val="VarsaylanParagrafYazTipi"/>
    <w:link w:val="Altyaz"/>
    <w:uiPriority w:val="11"/>
    <w:rsid w:val="00FC693F"/>
    <w:rPr>
      <w:rFonts w:asciiTheme="majorHAnsi" w:eastAsiaTheme="majorEastAsia" w:hAnsiTheme="majorHAnsi" w:cstheme="majorBidi"/>
      <w:i/>
      <w:iCs/>
      <w:color w:val="4F81BD" w:themeColor="accent1"/>
      <w:spacing w:val="15"/>
      <w:sz w:val="24"/>
      <w:szCs w:val="24"/>
    </w:rPr>
  </w:style>
  <w:style w:type="paragraph" w:styleId="ListeParagraf">
    <w:name w:val="List Paragraph"/>
    <w:basedOn w:val="Normal"/>
    <w:uiPriority w:val="34"/>
    <w:qFormat/>
    <w:rsid w:val="00FC693F"/>
    <w:pPr>
      <w:ind w:left="720"/>
      <w:contextualSpacing/>
    </w:pPr>
  </w:style>
  <w:style w:type="paragraph" w:styleId="GvdeMetni">
    <w:name w:val="Body Text"/>
    <w:basedOn w:val="Normal"/>
    <w:link w:val="GvdeMetniChar"/>
    <w:uiPriority w:val="99"/>
    <w:unhideWhenUsed/>
    <w:rsid w:val="00AA1D8D"/>
    <w:pPr>
      <w:spacing w:after="120"/>
    </w:pPr>
  </w:style>
  <w:style w:type="character" w:customStyle="1" w:styleId="GvdeMetniChar">
    <w:name w:val="Gövde Metni Char"/>
    <w:basedOn w:val="VarsaylanParagrafYazTipi"/>
    <w:link w:val="GvdeMetni"/>
    <w:uiPriority w:val="99"/>
    <w:rsid w:val="00AA1D8D"/>
  </w:style>
  <w:style w:type="paragraph" w:styleId="GvdeMetni2">
    <w:name w:val="Body Text 2"/>
    <w:basedOn w:val="Normal"/>
    <w:link w:val="GvdeMetni2Char"/>
    <w:uiPriority w:val="99"/>
    <w:unhideWhenUsed/>
    <w:rsid w:val="00AA1D8D"/>
    <w:pPr>
      <w:spacing w:after="120" w:line="480" w:lineRule="auto"/>
    </w:pPr>
  </w:style>
  <w:style w:type="character" w:customStyle="1" w:styleId="GvdeMetni2Char">
    <w:name w:val="Gövde Metni 2 Char"/>
    <w:basedOn w:val="VarsaylanParagrafYazTipi"/>
    <w:link w:val="GvdeMetni2"/>
    <w:uiPriority w:val="99"/>
    <w:rsid w:val="00AA1D8D"/>
  </w:style>
  <w:style w:type="paragraph" w:styleId="GvdeMetni3">
    <w:name w:val="Body Text 3"/>
    <w:basedOn w:val="Normal"/>
    <w:link w:val="GvdeMetni3Char"/>
    <w:uiPriority w:val="99"/>
    <w:unhideWhenUsed/>
    <w:rsid w:val="00AA1D8D"/>
    <w:pPr>
      <w:spacing w:after="120"/>
    </w:pPr>
    <w:rPr>
      <w:sz w:val="16"/>
      <w:szCs w:val="16"/>
    </w:rPr>
  </w:style>
  <w:style w:type="character" w:customStyle="1" w:styleId="GvdeMetni3Char">
    <w:name w:val="Gövde Metni 3 Char"/>
    <w:basedOn w:val="VarsaylanParagrafYazTipi"/>
    <w:link w:val="GvdeMetni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Maddemi">
    <w:name w:val="List Bullet"/>
    <w:basedOn w:val="Normal"/>
    <w:uiPriority w:val="99"/>
    <w:unhideWhenUsed/>
    <w:rsid w:val="00326F90"/>
    <w:pPr>
      <w:numPr>
        <w:numId w:val="1"/>
      </w:numPr>
      <w:contextualSpacing/>
    </w:pPr>
  </w:style>
  <w:style w:type="paragraph" w:styleId="ListeMaddemi2">
    <w:name w:val="List Bullet 2"/>
    <w:basedOn w:val="Normal"/>
    <w:uiPriority w:val="99"/>
    <w:unhideWhenUsed/>
    <w:rsid w:val="00326F90"/>
    <w:pPr>
      <w:numPr>
        <w:numId w:val="2"/>
      </w:numPr>
      <w:contextualSpacing/>
    </w:pPr>
  </w:style>
  <w:style w:type="paragraph" w:styleId="ListeMaddemi3">
    <w:name w:val="List Bullet 3"/>
    <w:basedOn w:val="Normal"/>
    <w:uiPriority w:val="99"/>
    <w:unhideWhenUsed/>
    <w:rsid w:val="00326F90"/>
    <w:pPr>
      <w:numPr>
        <w:numId w:val="3"/>
      </w:numPr>
      <w:contextualSpacing/>
    </w:pPr>
  </w:style>
  <w:style w:type="paragraph" w:styleId="ListeNumaras">
    <w:name w:val="List Number"/>
    <w:basedOn w:val="Normal"/>
    <w:uiPriority w:val="99"/>
    <w:unhideWhenUsed/>
    <w:rsid w:val="00326F90"/>
    <w:pPr>
      <w:numPr>
        <w:numId w:val="5"/>
      </w:numPr>
      <w:contextualSpacing/>
    </w:pPr>
  </w:style>
  <w:style w:type="paragraph" w:styleId="ListeNumaras2">
    <w:name w:val="List Number 2"/>
    <w:basedOn w:val="Normal"/>
    <w:uiPriority w:val="99"/>
    <w:unhideWhenUsed/>
    <w:rsid w:val="0029639D"/>
    <w:pPr>
      <w:numPr>
        <w:numId w:val="6"/>
      </w:numPr>
      <w:contextualSpacing/>
    </w:pPr>
  </w:style>
  <w:style w:type="paragraph" w:styleId="ListeNumaras3">
    <w:name w:val="List Number 3"/>
    <w:basedOn w:val="Normal"/>
    <w:uiPriority w:val="99"/>
    <w:unhideWhenUsed/>
    <w:rsid w:val="0029639D"/>
    <w:pPr>
      <w:numPr>
        <w:numId w:val="7"/>
      </w:numPr>
      <w:contextualSpacing/>
    </w:pPr>
  </w:style>
  <w:style w:type="paragraph" w:styleId="ListeDevam">
    <w:name w:val="List Continue"/>
    <w:basedOn w:val="Normal"/>
    <w:uiPriority w:val="99"/>
    <w:unhideWhenUsed/>
    <w:rsid w:val="0029639D"/>
    <w:pPr>
      <w:spacing w:after="120"/>
      <w:ind w:left="360"/>
      <w:contextualSpacing/>
    </w:pPr>
  </w:style>
  <w:style w:type="paragraph" w:styleId="ListeDevam2">
    <w:name w:val="List Continue 2"/>
    <w:basedOn w:val="Normal"/>
    <w:uiPriority w:val="99"/>
    <w:unhideWhenUsed/>
    <w:rsid w:val="0029639D"/>
    <w:pPr>
      <w:spacing w:after="120"/>
      <w:ind w:left="720"/>
      <w:contextualSpacing/>
    </w:pPr>
  </w:style>
  <w:style w:type="paragraph" w:styleId="ListeDevam3">
    <w:name w:val="List Continue 3"/>
    <w:basedOn w:val="Normal"/>
    <w:uiPriority w:val="99"/>
    <w:unhideWhenUsed/>
    <w:rsid w:val="0029639D"/>
    <w:pPr>
      <w:spacing w:after="120"/>
      <w:ind w:left="1080"/>
      <w:contextualSpacing/>
    </w:pPr>
  </w:style>
  <w:style w:type="paragraph" w:styleId="MakroMetni">
    <w:name w:val="macro"/>
    <w:link w:val="MakroMetni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MetniChar">
    <w:name w:val="Makro Metni Char"/>
    <w:basedOn w:val="VarsaylanParagrafYazTipi"/>
    <w:link w:val="MakroMetni"/>
    <w:uiPriority w:val="99"/>
    <w:rsid w:val="0029639D"/>
    <w:rPr>
      <w:rFonts w:ascii="Courier" w:hAnsi="Courier"/>
      <w:sz w:val="20"/>
      <w:szCs w:val="20"/>
    </w:rPr>
  </w:style>
  <w:style w:type="paragraph" w:styleId="Alnt">
    <w:name w:val="Quote"/>
    <w:basedOn w:val="Normal"/>
    <w:next w:val="Normal"/>
    <w:link w:val="AlntChar"/>
    <w:uiPriority w:val="29"/>
    <w:qFormat/>
    <w:rsid w:val="00FC693F"/>
    <w:rPr>
      <w:i/>
      <w:iCs/>
      <w:color w:val="000000" w:themeColor="text1"/>
    </w:rPr>
  </w:style>
  <w:style w:type="character" w:customStyle="1" w:styleId="AlntChar">
    <w:name w:val="Alıntı Char"/>
    <w:basedOn w:val="VarsaylanParagrafYazTipi"/>
    <w:link w:val="Alnt"/>
    <w:uiPriority w:val="29"/>
    <w:rsid w:val="00FC693F"/>
    <w:rPr>
      <w:i/>
      <w:iCs/>
      <w:color w:val="000000" w:themeColor="text1"/>
    </w:rPr>
  </w:style>
  <w:style w:type="character" w:customStyle="1" w:styleId="Balk4Char">
    <w:name w:val="Başlık 4 Char"/>
    <w:basedOn w:val="VarsaylanParagrafYazTipi"/>
    <w:link w:val="Balk4"/>
    <w:uiPriority w:val="9"/>
    <w:semiHidden/>
    <w:rsid w:val="00FC693F"/>
    <w:rPr>
      <w:rFonts w:asciiTheme="majorHAnsi" w:eastAsiaTheme="majorEastAsia" w:hAnsiTheme="majorHAnsi" w:cstheme="majorBidi"/>
      <w:b/>
      <w:bCs/>
      <w:i/>
      <w:iCs/>
      <w:color w:val="4F81BD" w:themeColor="accent1"/>
    </w:rPr>
  </w:style>
  <w:style w:type="character" w:customStyle="1" w:styleId="Balk5Char">
    <w:name w:val="Başlık 5 Char"/>
    <w:basedOn w:val="VarsaylanParagrafYazTipi"/>
    <w:link w:val="Balk5"/>
    <w:uiPriority w:val="9"/>
    <w:semiHidden/>
    <w:rsid w:val="00FC693F"/>
    <w:rPr>
      <w:rFonts w:asciiTheme="majorHAnsi" w:eastAsiaTheme="majorEastAsia" w:hAnsiTheme="majorHAnsi" w:cstheme="majorBidi"/>
      <w:color w:val="243F60" w:themeColor="accent1" w:themeShade="7F"/>
    </w:rPr>
  </w:style>
  <w:style w:type="character" w:customStyle="1" w:styleId="Balk6Char">
    <w:name w:val="Başlık 6 Char"/>
    <w:basedOn w:val="VarsaylanParagrafYazTipi"/>
    <w:link w:val="Balk6"/>
    <w:uiPriority w:val="9"/>
    <w:semiHidden/>
    <w:rsid w:val="00FC693F"/>
    <w:rPr>
      <w:rFonts w:asciiTheme="majorHAnsi" w:eastAsiaTheme="majorEastAsia" w:hAnsiTheme="majorHAnsi" w:cstheme="majorBidi"/>
      <w:i/>
      <w:iCs/>
      <w:color w:val="243F60" w:themeColor="accent1" w:themeShade="7F"/>
    </w:rPr>
  </w:style>
  <w:style w:type="character" w:customStyle="1" w:styleId="Balk7Char">
    <w:name w:val="Başlık 7 Char"/>
    <w:basedOn w:val="VarsaylanParagrafYazTipi"/>
    <w:link w:val="Balk7"/>
    <w:uiPriority w:val="9"/>
    <w:semiHidden/>
    <w:rsid w:val="00FC693F"/>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FC693F"/>
    <w:rPr>
      <w:rFonts w:asciiTheme="majorHAnsi" w:eastAsiaTheme="majorEastAsia" w:hAnsiTheme="majorHAnsi" w:cstheme="majorBidi"/>
      <w:color w:val="4F81BD" w:themeColor="accent1"/>
      <w:sz w:val="20"/>
      <w:szCs w:val="20"/>
    </w:rPr>
  </w:style>
  <w:style w:type="character" w:customStyle="1" w:styleId="Balk9Char">
    <w:name w:val="Başlık 9 Char"/>
    <w:basedOn w:val="VarsaylanParagrafYazTipi"/>
    <w:link w:val="Balk9"/>
    <w:uiPriority w:val="9"/>
    <w:semiHidden/>
    <w:rsid w:val="00FC693F"/>
    <w:rPr>
      <w:rFonts w:asciiTheme="majorHAnsi" w:eastAsiaTheme="majorEastAsia" w:hAnsiTheme="majorHAnsi" w:cstheme="majorBidi"/>
      <w:i/>
      <w:iCs/>
      <w:color w:val="404040" w:themeColor="text1" w:themeTint="BF"/>
      <w:sz w:val="20"/>
      <w:szCs w:val="20"/>
    </w:rPr>
  </w:style>
  <w:style w:type="paragraph" w:styleId="ResimYazs">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Gl">
    <w:name w:val="Strong"/>
    <w:basedOn w:val="VarsaylanParagrafYazTipi"/>
    <w:uiPriority w:val="22"/>
    <w:qFormat/>
    <w:rsid w:val="00FC693F"/>
    <w:rPr>
      <w:b/>
      <w:bCs/>
    </w:rPr>
  </w:style>
  <w:style w:type="character" w:styleId="Vurgu">
    <w:name w:val="Emphasis"/>
    <w:basedOn w:val="VarsaylanParagrafYazTipi"/>
    <w:uiPriority w:val="20"/>
    <w:qFormat/>
    <w:rsid w:val="00FC693F"/>
    <w:rPr>
      <w:i/>
      <w:iCs/>
    </w:rPr>
  </w:style>
  <w:style w:type="paragraph" w:styleId="GlAlnt">
    <w:name w:val="Intense Quote"/>
    <w:basedOn w:val="Normal"/>
    <w:next w:val="Normal"/>
    <w:link w:val="GlAln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GlAlntChar">
    <w:name w:val="Güçlü Alıntı Char"/>
    <w:basedOn w:val="VarsaylanParagrafYazTipi"/>
    <w:link w:val="GlAlnt"/>
    <w:uiPriority w:val="30"/>
    <w:rsid w:val="00FC693F"/>
    <w:rPr>
      <w:b/>
      <w:bCs/>
      <w:i/>
      <w:iCs/>
      <w:color w:val="4F81BD" w:themeColor="accent1"/>
    </w:rPr>
  </w:style>
  <w:style w:type="character" w:styleId="HafifVurgulama">
    <w:name w:val="Subtle Emphasis"/>
    <w:basedOn w:val="VarsaylanParagrafYazTipi"/>
    <w:uiPriority w:val="19"/>
    <w:qFormat/>
    <w:rsid w:val="00FC693F"/>
    <w:rPr>
      <w:i/>
      <w:iCs/>
      <w:color w:val="808080" w:themeColor="text1" w:themeTint="7F"/>
    </w:rPr>
  </w:style>
  <w:style w:type="character" w:styleId="GlVurgulama">
    <w:name w:val="Intense Emphasis"/>
    <w:basedOn w:val="VarsaylanParagrafYazTipi"/>
    <w:uiPriority w:val="21"/>
    <w:qFormat/>
    <w:rsid w:val="00FC693F"/>
    <w:rPr>
      <w:b/>
      <w:bCs/>
      <w:i/>
      <w:iCs/>
      <w:color w:val="4F81BD" w:themeColor="accent1"/>
    </w:rPr>
  </w:style>
  <w:style w:type="character" w:styleId="HafifBavuru">
    <w:name w:val="Subtle Reference"/>
    <w:basedOn w:val="VarsaylanParagrafYazTipi"/>
    <w:uiPriority w:val="31"/>
    <w:qFormat/>
    <w:rsid w:val="00FC693F"/>
    <w:rPr>
      <w:smallCaps/>
      <w:color w:val="C0504D" w:themeColor="accent2"/>
      <w:u w:val="single"/>
    </w:rPr>
  </w:style>
  <w:style w:type="character" w:styleId="GlBavuru">
    <w:name w:val="Intense Reference"/>
    <w:basedOn w:val="VarsaylanParagrafYazTipi"/>
    <w:uiPriority w:val="32"/>
    <w:qFormat/>
    <w:rsid w:val="00FC693F"/>
    <w:rPr>
      <w:b/>
      <w:bCs/>
      <w:smallCaps/>
      <w:color w:val="C0504D" w:themeColor="accent2"/>
      <w:spacing w:val="5"/>
      <w:u w:val="single"/>
    </w:rPr>
  </w:style>
  <w:style w:type="character" w:styleId="KitapBal">
    <w:name w:val="Book Title"/>
    <w:basedOn w:val="VarsaylanParagrafYazTipi"/>
    <w:uiPriority w:val="33"/>
    <w:qFormat/>
    <w:rsid w:val="00FC693F"/>
    <w:rPr>
      <w:b/>
      <w:bCs/>
      <w:smallCaps/>
      <w:spacing w:val="5"/>
    </w:rPr>
  </w:style>
  <w:style w:type="paragraph" w:styleId="TBal">
    <w:name w:val="TOC Heading"/>
    <w:basedOn w:val="Balk1"/>
    <w:next w:val="Normal"/>
    <w:uiPriority w:val="39"/>
    <w:semiHidden/>
    <w:unhideWhenUsed/>
    <w:qFormat/>
    <w:rsid w:val="00FC693F"/>
    <w:pPr>
      <w:outlineLvl w:val="9"/>
    </w:pPr>
  </w:style>
  <w:style w:type="table" w:styleId="TabloKlavuzu">
    <w:name w:val="Table Grid"/>
    <w:basedOn w:val="NormalTablo"/>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kGlgeleme">
    <w:name w:val="Light Shading"/>
    <w:basedOn w:val="NormalTablo"/>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kGlgeleme-Vurgu1">
    <w:name w:val="Light Shading Accent 1"/>
    <w:basedOn w:val="NormalTablo"/>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AkGlgeleme-Vurgu2">
    <w:name w:val="Light Shading Accent 2"/>
    <w:basedOn w:val="NormalTablo"/>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AkGlgeleme-Vurgu3">
    <w:name w:val="Light Shading Accent 3"/>
    <w:basedOn w:val="NormalTablo"/>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AkGlgeleme-Vurgu4">
    <w:name w:val="Light Shading Accent 4"/>
    <w:basedOn w:val="NormalTablo"/>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AkGlgeleme-Vurgu5">
    <w:name w:val="Light Shading Accent 5"/>
    <w:basedOn w:val="NormalTablo"/>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AkGlgeleme-Vurgu6">
    <w:name w:val="Light Shading Accent 6"/>
    <w:basedOn w:val="NormalTablo"/>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AkListe">
    <w:name w:val="Light List"/>
    <w:basedOn w:val="NormalTablo"/>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kListe-Vurgu1">
    <w:name w:val="Light List Accent 1"/>
    <w:basedOn w:val="NormalTablo"/>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kListe-Vurgu2">
    <w:name w:val="Light List Accent 2"/>
    <w:basedOn w:val="NormalTablo"/>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AkListe-Vurgu3">
    <w:name w:val="Light List Accent 3"/>
    <w:basedOn w:val="NormalTablo"/>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AkListe-Vurgu4">
    <w:name w:val="Light List Accent 4"/>
    <w:basedOn w:val="NormalTablo"/>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AkListe-Vurgu5">
    <w:name w:val="Light List Accent 5"/>
    <w:basedOn w:val="NormalTablo"/>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AkListe-Vurgu6">
    <w:name w:val="Light List Accent 6"/>
    <w:basedOn w:val="NormalTablo"/>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AkKlavuz">
    <w:name w:val="Light Grid"/>
    <w:basedOn w:val="NormalTablo"/>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AkKlavuz-Vurgu1">
    <w:name w:val="Light Grid Accent 1"/>
    <w:basedOn w:val="NormalTablo"/>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AkKlavuz-Vurgu2">
    <w:name w:val="Light Grid Accent 2"/>
    <w:basedOn w:val="NormalTablo"/>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AkKlavuz-Vurgu3">
    <w:name w:val="Light Grid Accent 3"/>
    <w:basedOn w:val="NormalTablo"/>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AkKlavuz-Vurgu4">
    <w:name w:val="Light Grid Accent 4"/>
    <w:basedOn w:val="NormalTablo"/>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AkKlavuz-Vurgu6">
    <w:name w:val="Light Grid Accent 6"/>
    <w:basedOn w:val="NormalTablo"/>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OrtaGlgeleme1">
    <w:name w:val="Medium Shading 1"/>
    <w:basedOn w:val="NormalTablo"/>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OrtaGlgeleme1-Vurgu1">
    <w:name w:val="Medium Shading 1 Accent 1"/>
    <w:basedOn w:val="NormalTablo"/>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OrtaGlgeleme1-Vurgu2">
    <w:name w:val="Medium Shading 1 Accent 2"/>
    <w:basedOn w:val="NormalTablo"/>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OrtaGlgeleme1-Vurgu3">
    <w:name w:val="Medium Shading 1 Accent 3"/>
    <w:basedOn w:val="NormalTablo"/>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OrtaGlgeleme1-Vurgu4">
    <w:name w:val="Medium Shading 1 Accent 4"/>
    <w:basedOn w:val="NormalTablo"/>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OrtaGlgeleme1-Vurgu5">
    <w:name w:val="Medium Shading 1 Accent 5"/>
    <w:basedOn w:val="NormalTablo"/>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OrtaGlgeleme1-Vurgu6">
    <w:name w:val="Medium Shading 1 Accent 6"/>
    <w:basedOn w:val="NormalTablo"/>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OrtaGlgeleme2">
    <w:name w:val="Medium Shading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1">
    <w:name w:val="Medium Shading 2 Accent 1"/>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2">
    <w:name w:val="Medium Shading 2 Accent 2"/>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3">
    <w:name w:val="Medium Shading 2 Accent 3"/>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4">
    <w:name w:val="Medium Shading 2 Accent 4"/>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5">
    <w:name w:val="Medium Shading 2 Accent 5"/>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Glgeleme2-Vurgu6">
    <w:name w:val="Medium Shading 2 Accent 6"/>
    <w:basedOn w:val="NormalTablo"/>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OrtaListe1">
    <w:name w:val="Medium List 1"/>
    <w:basedOn w:val="NormalTablo"/>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OrtaListe1-Vurgu1">
    <w:name w:val="Medium List 1 Accent 1"/>
    <w:basedOn w:val="NormalTablo"/>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OrtaListe1-Vurgu2">
    <w:name w:val="Medium List 1 Accent 2"/>
    <w:basedOn w:val="NormalTablo"/>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OrtaListe1-Vurgu3">
    <w:name w:val="Medium List 1 Accent 3"/>
    <w:basedOn w:val="NormalTablo"/>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OrtaListe1-Vurgu4">
    <w:name w:val="Medium List 1 Accent 4"/>
    <w:basedOn w:val="NormalTablo"/>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OrtaListe1-Vurgu5">
    <w:name w:val="Medium List 1 Accent 5"/>
    <w:basedOn w:val="NormalTablo"/>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OrtaListe1-Vurgu6">
    <w:name w:val="Medium List 1 Accent 6"/>
    <w:basedOn w:val="NormalTablo"/>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OrtaListe2">
    <w:name w:val="Medium Lis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2-Vurgu1">
    <w:name w:val="Medium List 2 Accent 1"/>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2">
    <w:name w:val="Medium List 2 Accent 2"/>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3">
    <w:name w:val="Medium List 2 Accent 3"/>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4">
    <w:name w:val="Medium List 2 Accent 4"/>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5">
    <w:name w:val="Medium List 2 Accent 5"/>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OrtaListe2-Vurgu6">
    <w:name w:val="Medium List 2 Accent 6"/>
    <w:basedOn w:val="NormalTablo"/>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OrtaKlavuz1">
    <w:name w:val="Medium Grid 1"/>
    <w:basedOn w:val="NormalTablo"/>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OrtaKlavuz1-Vurgu1">
    <w:name w:val="Medium Grid 1 Accent 1"/>
    <w:basedOn w:val="NormalTablo"/>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OrtaKlavuz1-Vurgu2">
    <w:name w:val="Medium Grid 1 Accent 2"/>
    <w:basedOn w:val="NormalTablo"/>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OrtaKlavuz1-Vurgu3">
    <w:name w:val="Medium Grid 1 Accent 3"/>
    <w:basedOn w:val="NormalTablo"/>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OrtaKlavuz1-Vurgu4">
    <w:name w:val="Medium Grid 1 Accent 4"/>
    <w:basedOn w:val="NormalTablo"/>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OrtaKlavuz1-Vurgu5">
    <w:name w:val="Medium Grid 1 Accent 5"/>
    <w:basedOn w:val="NormalTablo"/>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OrtaKlavuz1-Vurgu6">
    <w:name w:val="Medium Grid 1 Accent 6"/>
    <w:basedOn w:val="NormalTablo"/>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OrtaKlavuz2">
    <w:name w:val="Medium Grid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OrtaKlavuz2-Vurgu1">
    <w:name w:val="Medium Grid 2 Accent 1"/>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OrtaKlavuz2-Vurgu2">
    <w:name w:val="Medium Grid 2 Accent 2"/>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OrtaKlavuz2-Vurgu3">
    <w:name w:val="Medium Grid 2 Accent 3"/>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OrtaKlavuz2-Vurgu4">
    <w:name w:val="Medium Grid 2 Accent 4"/>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OrtaKlavuz2-Vurgu5">
    <w:name w:val="Medium Grid 2 Accent 5"/>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OrtaKlavuz2-Vurgu6">
    <w:name w:val="Medium Grid 2 Accent 6"/>
    <w:basedOn w:val="NormalTablo"/>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OrtaKlavuz3">
    <w:name w:val="Medium Grid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OrtaKlavuz3-Vurgu1">
    <w:name w:val="Medium Grid 3 Accent 1"/>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OrtaKlavuz3-Vurgu2">
    <w:name w:val="Medium Grid 3 Accent 2"/>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OrtaKlavuz3-Vurgu3">
    <w:name w:val="Medium Grid 3 Accent 3"/>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OrtaKlavuz3-Vurgu4">
    <w:name w:val="Medium Grid 3 Accent 4"/>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OrtaKlavuz3-Vurgu5">
    <w:name w:val="Medium Grid 3 Accent 5"/>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OrtaKlavuz3-Vurgu6">
    <w:name w:val="Medium Grid 3 Accent 6"/>
    <w:basedOn w:val="NormalTablo"/>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KoyuListe">
    <w:name w:val="Dark List"/>
    <w:basedOn w:val="NormalTablo"/>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KoyuListe-Vurgu1">
    <w:name w:val="Dark List Accent 1"/>
    <w:basedOn w:val="NormalTablo"/>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KoyuListe-Vurgu2">
    <w:name w:val="Dark List Accent 2"/>
    <w:basedOn w:val="NormalTablo"/>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KoyuListe-Vurgu3">
    <w:name w:val="Dark List Accent 3"/>
    <w:basedOn w:val="NormalTablo"/>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KoyuListe-Vurgu4">
    <w:name w:val="Dark List Accent 4"/>
    <w:basedOn w:val="NormalTablo"/>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KoyuListe-Vurgu5">
    <w:name w:val="Dark List Accent 5"/>
    <w:basedOn w:val="NormalTablo"/>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KoyuListe-Vurgu6">
    <w:name w:val="Dark List Accent 6"/>
    <w:basedOn w:val="NormalTablo"/>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RenkliGlgeleme">
    <w:name w:val="Colorful Shading"/>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RenkliGlgeleme-Vurgu1">
    <w:name w:val="Colorful Shading Accent 1"/>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RenkliGlgeleme-Vurgu2">
    <w:name w:val="Colorful Shading Accent 2"/>
    <w:basedOn w:val="NormalTablo"/>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RenkliGlgeleme-Vurgu3">
    <w:name w:val="Colorful Shading Accent 3"/>
    <w:basedOn w:val="NormalTablo"/>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RenkliGlgeleme-Vurgu4">
    <w:name w:val="Colorful Shading Accent 4"/>
    <w:basedOn w:val="NormalTablo"/>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RenkliGlgeleme-Vurgu5">
    <w:name w:val="Colorful Shading Accent 5"/>
    <w:basedOn w:val="NormalTablo"/>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RenkliGlgeleme-Vurgu6">
    <w:name w:val="Colorful Shading Accent 6"/>
    <w:basedOn w:val="NormalTablo"/>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RenkliListe">
    <w:name w:val="Colorful List"/>
    <w:basedOn w:val="NormalTablo"/>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RenkliListe-Vurgu1">
    <w:name w:val="Colorful List Accent 1"/>
    <w:basedOn w:val="NormalTablo"/>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RenkliListe-Vurgu2">
    <w:name w:val="Colorful List Accent 2"/>
    <w:basedOn w:val="NormalTablo"/>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RenkliListe-Vurgu3">
    <w:name w:val="Colorful List Accent 3"/>
    <w:basedOn w:val="NormalTablo"/>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RenkliListe-Vurgu4">
    <w:name w:val="Colorful List Accent 4"/>
    <w:basedOn w:val="NormalTablo"/>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RenkliListe-Vurgu5">
    <w:name w:val="Colorful List Accent 5"/>
    <w:basedOn w:val="NormalTablo"/>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RenkliListe-Vurgu6">
    <w:name w:val="Colorful List Accent 6"/>
    <w:basedOn w:val="NormalTablo"/>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RenkliKlavuz">
    <w:name w:val="Colorful Grid"/>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RenkliKlavuz-Vurgu1">
    <w:name w:val="Colorful Grid Accent 1"/>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RenkliKlavuz-Vurgu2">
    <w:name w:val="Colorful Grid Accent 2"/>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RenkliKlavuz-Vurgu3">
    <w:name w:val="Colorful Grid Accent 3"/>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RenkliKlavuz-Vurgu4">
    <w:name w:val="Colorful Grid Accent 4"/>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RenkliKlavuz-Vurgu5">
    <w:name w:val="Colorful Grid Accent 5"/>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RenkliKlavuz-Vurgu6">
    <w:name w:val="Colorful Grid Accent 6"/>
    <w:basedOn w:val="NormalTablo"/>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8A914-6513-4459-84C7-61D2DF074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360</Words>
  <Characters>2053</Characters>
  <Application>Microsoft Office Word</Application>
  <DocSecurity>0</DocSecurity>
  <Lines>17</Lines>
  <Paragraphs>4</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2409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generated by python-docx</dc:description>
  <cp:lastModifiedBy>Emir Can Kaya</cp:lastModifiedBy>
  <cp:revision>4</cp:revision>
  <dcterms:created xsi:type="dcterms:W3CDTF">2013-12-23T23:15:00Z</dcterms:created>
  <dcterms:modified xsi:type="dcterms:W3CDTF">2024-07-24T12:12:00Z</dcterms:modified>
  <cp:category/>
</cp:coreProperties>
</file>